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6CBE4" w14:textId="4DEA19E9" w:rsidR="00910D3E" w:rsidRDefault="00910D3E" w:rsidP="00910D3E">
      <w:pPr>
        <w:rPr>
          <w:rFonts w:ascii="Georgia" w:hAnsi="Georgia"/>
          <w:b/>
        </w:rPr>
      </w:pPr>
      <w:bookmarkStart w:id="0" w:name="_GoBack"/>
      <w:bookmarkEnd w:id="0"/>
      <w:r>
        <w:rPr>
          <w:rFonts w:ascii="Georgia" w:hAnsi="Georgia"/>
          <w:b/>
          <w:noProof/>
        </w:rPr>
        <w:drawing>
          <wp:inline distT="0" distB="0" distL="0" distR="0" wp14:anchorId="5C8A58C0" wp14:editId="788019BC">
            <wp:extent cx="1314450" cy="1057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Georgia" w:hAnsi="Georgia"/>
          <w:b/>
        </w:rPr>
        <w:t xml:space="preserve">                                                                                                                                                                   </w:t>
      </w:r>
      <w:r>
        <w:rPr>
          <w:rFonts w:ascii="Georgia" w:hAnsi="Georgia"/>
          <w:b/>
          <w:noProof/>
        </w:rPr>
        <w:drawing>
          <wp:inline distT="0" distB="0" distL="0" distR="0" wp14:anchorId="45811B77" wp14:editId="08FA3C9C">
            <wp:extent cx="1812925" cy="10426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92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6A6E5D" w14:textId="36DD07B7" w:rsidR="00EC1D9D" w:rsidRPr="00910D3E" w:rsidRDefault="00910D3E" w:rsidP="00910D3E">
      <w:pPr>
        <w:jc w:val="center"/>
        <w:rPr>
          <w:rFonts w:ascii="Georgia" w:hAnsi="Georgia"/>
          <w:b/>
        </w:rPr>
      </w:pPr>
      <w:r w:rsidRPr="00910D3E">
        <w:rPr>
          <w:rFonts w:ascii="Georgia" w:hAnsi="Georgia"/>
          <w:b/>
        </w:rPr>
        <w:t>REGULATORY IMPACT STATEMENT FEEDBACK FORM</w:t>
      </w:r>
    </w:p>
    <w:p w14:paraId="4918D2CE" w14:textId="77FD0386" w:rsidR="00EC1D9D" w:rsidRPr="00910D3E" w:rsidRDefault="00910D3E">
      <w:pPr>
        <w:rPr>
          <w:rFonts w:ascii="Georgia" w:hAnsi="Georgia"/>
        </w:rPr>
      </w:pPr>
      <w:r w:rsidRPr="00910D3E">
        <w:rPr>
          <w:rFonts w:ascii="Georgia" w:hAnsi="Georgia"/>
          <w:b/>
        </w:rPr>
        <w:t>Impact Statement on the Hydrologis</w:t>
      </w:r>
      <w:r w:rsidR="00FD470A" w:rsidRPr="00910D3E">
        <w:rPr>
          <w:rFonts w:ascii="Georgia" w:hAnsi="Georgia"/>
          <w:b/>
        </w:rPr>
        <w:t>ts (General) Regulations, 2026</w:t>
      </w:r>
    </w:p>
    <w:p w14:paraId="5E88E561" w14:textId="77777777" w:rsidR="00EC1D9D" w:rsidRPr="00910D3E" w:rsidRDefault="00910D3E">
      <w:pPr>
        <w:rPr>
          <w:rFonts w:ascii="Georgia" w:hAnsi="Georgia"/>
        </w:rPr>
      </w:pPr>
      <w:r w:rsidRPr="00910D3E">
        <w:rPr>
          <w:rFonts w:ascii="Georgia" w:hAnsi="Georgia"/>
        </w:rPr>
        <w:t>Respondent / Stakeholder Details:</w:t>
      </w:r>
    </w:p>
    <w:p w14:paraId="44D49786" w14:textId="6C7F328B" w:rsidR="00EC1D9D" w:rsidRPr="00910D3E" w:rsidRDefault="00910D3E">
      <w:pPr>
        <w:rPr>
          <w:rFonts w:ascii="Georgia" w:hAnsi="Georgia"/>
        </w:rPr>
      </w:pPr>
      <w:r w:rsidRPr="00910D3E">
        <w:rPr>
          <w:rFonts w:ascii="Georgia" w:hAnsi="Georgia"/>
        </w:rPr>
        <w:t>Name of Individual / Organization: __________________________________________________</w:t>
      </w:r>
    </w:p>
    <w:p w14:paraId="2AC5CEFD" w14:textId="646D8722" w:rsidR="00EC1D9D" w:rsidRPr="00910D3E" w:rsidRDefault="00910D3E">
      <w:pPr>
        <w:rPr>
          <w:rFonts w:ascii="Georgia" w:hAnsi="Georgia"/>
        </w:rPr>
      </w:pPr>
      <w:r w:rsidRPr="00910D3E">
        <w:rPr>
          <w:rFonts w:ascii="Georgia" w:hAnsi="Georgia"/>
        </w:rPr>
        <w:t xml:space="preserve">Category of Stakeholder:  </w:t>
      </w:r>
      <w:r w:rsidRPr="00910D3E">
        <w:rPr>
          <w:rFonts w:ascii="Segoe UI Symbol" w:hAnsi="Segoe UI Symbol" w:cs="Segoe UI Symbol"/>
        </w:rPr>
        <w:t>☐</w:t>
      </w:r>
      <w:r w:rsidRPr="00910D3E">
        <w:rPr>
          <w:rFonts w:ascii="Georgia" w:hAnsi="Georgia"/>
        </w:rPr>
        <w:t xml:space="preserve"> Hydrologist / Practitioner    </w:t>
      </w:r>
      <w:r w:rsidRPr="00910D3E">
        <w:rPr>
          <w:rFonts w:ascii="Segoe UI Symbol" w:hAnsi="Segoe UI Symbol" w:cs="Segoe UI Symbol"/>
        </w:rPr>
        <w:t>☐</w:t>
      </w:r>
      <w:r w:rsidRPr="00910D3E">
        <w:rPr>
          <w:rFonts w:ascii="Georgia" w:hAnsi="Georgia"/>
        </w:rPr>
        <w:t xml:space="preserve"> Consulting Firm    </w:t>
      </w:r>
      <w:r w:rsidRPr="00910D3E">
        <w:rPr>
          <w:rFonts w:ascii="Segoe UI Symbol" w:hAnsi="Segoe UI Symbol" w:cs="Segoe UI Symbol"/>
        </w:rPr>
        <w:t>☐</w:t>
      </w:r>
      <w:r w:rsidRPr="00910D3E">
        <w:rPr>
          <w:rFonts w:ascii="Georgia" w:hAnsi="Georgia"/>
        </w:rPr>
        <w:t xml:space="preserve"> Public Institution    </w:t>
      </w:r>
      <w:r w:rsidRPr="00910D3E">
        <w:rPr>
          <w:rFonts w:ascii="Segoe UI Symbol" w:hAnsi="Segoe UI Symbol" w:cs="Segoe UI Symbol"/>
        </w:rPr>
        <w:t>☐</w:t>
      </w:r>
      <w:r w:rsidRPr="00910D3E">
        <w:rPr>
          <w:rFonts w:ascii="Georgia" w:hAnsi="Georgia"/>
        </w:rPr>
        <w:t xml:space="preserve"> Academic Institution    </w:t>
      </w:r>
      <w:r w:rsidRPr="00910D3E">
        <w:rPr>
          <w:rFonts w:ascii="Segoe UI Symbol" w:hAnsi="Segoe UI Symbol" w:cs="Segoe UI Symbol"/>
        </w:rPr>
        <w:t>☐</w:t>
      </w:r>
      <w:r w:rsidRPr="00910D3E">
        <w:rPr>
          <w:rFonts w:ascii="Georgia" w:hAnsi="Georgia"/>
        </w:rPr>
        <w:t xml:space="preserve"> Civil Society / Public    </w:t>
      </w:r>
      <w:r w:rsidRPr="00910D3E">
        <w:rPr>
          <w:rFonts w:ascii="Segoe UI Symbol" w:hAnsi="Segoe UI Symbol" w:cs="Segoe UI Symbol"/>
        </w:rPr>
        <w:t>☐</w:t>
      </w:r>
      <w:r w:rsidRPr="00910D3E">
        <w:rPr>
          <w:rFonts w:ascii="Georgia" w:hAnsi="Georgia"/>
        </w:rPr>
        <w:t xml:space="preserve"> Other</w:t>
      </w:r>
    </w:p>
    <w:p w14:paraId="01A29B8D" w14:textId="6C13762E" w:rsidR="00EC1D9D" w:rsidRPr="00910D3E" w:rsidRDefault="00910D3E">
      <w:pPr>
        <w:rPr>
          <w:rFonts w:ascii="Georgia" w:hAnsi="Georgia"/>
        </w:rPr>
      </w:pPr>
      <w:r w:rsidRPr="00910D3E">
        <w:rPr>
          <w:rFonts w:ascii="Georgia" w:hAnsi="Georgia"/>
        </w:rPr>
        <w:t>Contact Email / Phone: __________________________________________________________________</w:t>
      </w:r>
    </w:p>
    <w:p w14:paraId="756E261C" w14:textId="1A4AF160" w:rsidR="00EC1D9D" w:rsidRDefault="00EC1D9D"/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675"/>
        <w:gridCol w:w="4253"/>
        <w:gridCol w:w="5398"/>
        <w:gridCol w:w="3957"/>
      </w:tblGrid>
      <w:tr w:rsidR="00EC1D9D" w:rsidRPr="00FD470A" w14:paraId="0DB8D881" w14:textId="77777777" w:rsidTr="00FD470A">
        <w:trPr>
          <w:trHeight w:val="618"/>
        </w:trPr>
        <w:tc>
          <w:tcPr>
            <w:tcW w:w="675" w:type="dxa"/>
          </w:tcPr>
          <w:p w14:paraId="1DB8EEEB" w14:textId="77777777" w:rsidR="00EC1D9D" w:rsidRPr="00FD470A" w:rsidRDefault="00910D3E">
            <w:pPr>
              <w:rPr>
                <w:b/>
              </w:rPr>
            </w:pPr>
            <w:r w:rsidRPr="00FD470A">
              <w:rPr>
                <w:b/>
              </w:rPr>
              <w:t>NO.</w:t>
            </w:r>
          </w:p>
        </w:tc>
        <w:tc>
          <w:tcPr>
            <w:tcW w:w="4253" w:type="dxa"/>
          </w:tcPr>
          <w:p w14:paraId="5AB272D4" w14:textId="24AA88E1" w:rsidR="00EC1D9D" w:rsidRPr="00FD470A" w:rsidRDefault="00910D3E">
            <w:pPr>
              <w:rPr>
                <w:b/>
              </w:rPr>
            </w:pPr>
            <w:r w:rsidRPr="00FD470A">
              <w:rPr>
                <w:b/>
              </w:rPr>
              <w:t>RIS SECTION</w:t>
            </w:r>
          </w:p>
        </w:tc>
        <w:tc>
          <w:tcPr>
            <w:tcW w:w="5398" w:type="dxa"/>
          </w:tcPr>
          <w:p w14:paraId="0AEC1778" w14:textId="77777777" w:rsidR="00EC1D9D" w:rsidRPr="00FD470A" w:rsidRDefault="00910D3E">
            <w:pPr>
              <w:rPr>
                <w:b/>
              </w:rPr>
            </w:pPr>
            <w:r w:rsidRPr="00FD470A">
              <w:rPr>
                <w:b/>
              </w:rPr>
              <w:t>PROPOSED AMENDMENT / COMMENT</w:t>
            </w:r>
          </w:p>
        </w:tc>
        <w:tc>
          <w:tcPr>
            <w:tcW w:w="3957" w:type="dxa"/>
          </w:tcPr>
          <w:p w14:paraId="1E4D1204" w14:textId="77777777" w:rsidR="00EC1D9D" w:rsidRPr="00FD470A" w:rsidRDefault="00910D3E">
            <w:pPr>
              <w:rPr>
                <w:b/>
              </w:rPr>
            </w:pPr>
            <w:r w:rsidRPr="00FD470A">
              <w:rPr>
                <w:b/>
              </w:rPr>
              <w:t>JUSTIFICATION</w:t>
            </w:r>
          </w:p>
        </w:tc>
      </w:tr>
      <w:tr w:rsidR="00EC1D9D" w14:paraId="43793460" w14:textId="77777777" w:rsidTr="00FD470A">
        <w:trPr>
          <w:trHeight w:hRule="exact" w:val="2268"/>
        </w:trPr>
        <w:tc>
          <w:tcPr>
            <w:tcW w:w="675" w:type="dxa"/>
          </w:tcPr>
          <w:p w14:paraId="0756976C" w14:textId="77777777" w:rsidR="00EC1D9D" w:rsidRDefault="00910D3E">
            <w:r>
              <w:t>1.</w:t>
            </w:r>
          </w:p>
        </w:tc>
        <w:tc>
          <w:tcPr>
            <w:tcW w:w="4253" w:type="dxa"/>
          </w:tcPr>
          <w:p w14:paraId="1FFBB372" w14:textId="2F978C78" w:rsidR="00EC1D9D" w:rsidRDefault="00EC1D9D"/>
        </w:tc>
        <w:tc>
          <w:tcPr>
            <w:tcW w:w="5398" w:type="dxa"/>
          </w:tcPr>
          <w:p w14:paraId="161FF282" w14:textId="77777777" w:rsidR="00EC1D9D" w:rsidRDefault="00EC1D9D"/>
        </w:tc>
        <w:tc>
          <w:tcPr>
            <w:tcW w:w="3957" w:type="dxa"/>
          </w:tcPr>
          <w:p w14:paraId="62A733C0" w14:textId="77777777" w:rsidR="00EC1D9D" w:rsidRDefault="00EC1D9D"/>
        </w:tc>
      </w:tr>
      <w:tr w:rsidR="00EC1D9D" w14:paraId="67FDA995" w14:textId="77777777" w:rsidTr="00FD470A">
        <w:trPr>
          <w:trHeight w:hRule="exact" w:val="2268"/>
        </w:trPr>
        <w:tc>
          <w:tcPr>
            <w:tcW w:w="675" w:type="dxa"/>
          </w:tcPr>
          <w:p w14:paraId="1BDB28BC" w14:textId="77777777" w:rsidR="00EC1D9D" w:rsidRDefault="00910D3E">
            <w:r>
              <w:lastRenderedPageBreak/>
              <w:t>2.</w:t>
            </w:r>
          </w:p>
        </w:tc>
        <w:tc>
          <w:tcPr>
            <w:tcW w:w="4253" w:type="dxa"/>
          </w:tcPr>
          <w:p w14:paraId="41B67051" w14:textId="63F4A152" w:rsidR="00EC1D9D" w:rsidRDefault="00EC1D9D"/>
        </w:tc>
        <w:tc>
          <w:tcPr>
            <w:tcW w:w="5398" w:type="dxa"/>
          </w:tcPr>
          <w:p w14:paraId="0EFF99DD" w14:textId="77777777" w:rsidR="00EC1D9D" w:rsidRDefault="00EC1D9D"/>
        </w:tc>
        <w:tc>
          <w:tcPr>
            <w:tcW w:w="3957" w:type="dxa"/>
          </w:tcPr>
          <w:p w14:paraId="7EBE5CDE" w14:textId="77777777" w:rsidR="00EC1D9D" w:rsidRDefault="00EC1D9D"/>
        </w:tc>
      </w:tr>
      <w:tr w:rsidR="00EC1D9D" w14:paraId="1DC71BA4" w14:textId="77777777" w:rsidTr="00FD470A">
        <w:trPr>
          <w:trHeight w:hRule="exact" w:val="2268"/>
        </w:trPr>
        <w:tc>
          <w:tcPr>
            <w:tcW w:w="675" w:type="dxa"/>
          </w:tcPr>
          <w:p w14:paraId="095F9991" w14:textId="77777777" w:rsidR="00EC1D9D" w:rsidRDefault="00910D3E">
            <w:r>
              <w:t>3.</w:t>
            </w:r>
          </w:p>
        </w:tc>
        <w:tc>
          <w:tcPr>
            <w:tcW w:w="4253" w:type="dxa"/>
          </w:tcPr>
          <w:p w14:paraId="3392FA63" w14:textId="3ADDBCCD" w:rsidR="00EC1D9D" w:rsidRDefault="00EC1D9D"/>
        </w:tc>
        <w:tc>
          <w:tcPr>
            <w:tcW w:w="5398" w:type="dxa"/>
          </w:tcPr>
          <w:p w14:paraId="289C6FF9" w14:textId="77777777" w:rsidR="00EC1D9D" w:rsidRDefault="00EC1D9D"/>
        </w:tc>
        <w:tc>
          <w:tcPr>
            <w:tcW w:w="3957" w:type="dxa"/>
          </w:tcPr>
          <w:p w14:paraId="14806C4A" w14:textId="77777777" w:rsidR="00EC1D9D" w:rsidRDefault="00EC1D9D"/>
        </w:tc>
      </w:tr>
      <w:tr w:rsidR="00EC1D9D" w14:paraId="05890B80" w14:textId="77777777" w:rsidTr="00FD470A">
        <w:trPr>
          <w:trHeight w:hRule="exact" w:val="2268"/>
        </w:trPr>
        <w:tc>
          <w:tcPr>
            <w:tcW w:w="675" w:type="dxa"/>
          </w:tcPr>
          <w:p w14:paraId="7A7C245D" w14:textId="77777777" w:rsidR="00EC1D9D" w:rsidRDefault="00910D3E">
            <w:r>
              <w:t>4.</w:t>
            </w:r>
          </w:p>
        </w:tc>
        <w:tc>
          <w:tcPr>
            <w:tcW w:w="4253" w:type="dxa"/>
          </w:tcPr>
          <w:p w14:paraId="078BF00F" w14:textId="67A0E188" w:rsidR="00EC1D9D" w:rsidRDefault="00EC1D9D"/>
        </w:tc>
        <w:tc>
          <w:tcPr>
            <w:tcW w:w="5398" w:type="dxa"/>
          </w:tcPr>
          <w:p w14:paraId="1E85350F" w14:textId="77777777" w:rsidR="00EC1D9D" w:rsidRDefault="00EC1D9D"/>
        </w:tc>
        <w:tc>
          <w:tcPr>
            <w:tcW w:w="3957" w:type="dxa"/>
          </w:tcPr>
          <w:p w14:paraId="77515078" w14:textId="77777777" w:rsidR="00EC1D9D" w:rsidRDefault="00EC1D9D"/>
        </w:tc>
      </w:tr>
      <w:tr w:rsidR="00EC1D9D" w14:paraId="34253043" w14:textId="77777777" w:rsidTr="00FD470A">
        <w:trPr>
          <w:trHeight w:hRule="exact" w:val="2268"/>
        </w:trPr>
        <w:tc>
          <w:tcPr>
            <w:tcW w:w="675" w:type="dxa"/>
          </w:tcPr>
          <w:p w14:paraId="758AE35F" w14:textId="77777777" w:rsidR="00EC1D9D" w:rsidRDefault="00910D3E">
            <w:r>
              <w:t>5.</w:t>
            </w:r>
          </w:p>
        </w:tc>
        <w:tc>
          <w:tcPr>
            <w:tcW w:w="4253" w:type="dxa"/>
          </w:tcPr>
          <w:p w14:paraId="6C41A45A" w14:textId="21F90F2D" w:rsidR="00EC1D9D" w:rsidRDefault="00EC1D9D"/>
        </w:tc>
        <w:tc>
          <w:tcPr>
            <w:tcW w:w="5398" w:type="dxa"/>
          </w:tcPr>
          <w:p w14:paraId="2D4AFFD1" w14:textId="77777777" w:rsidR="00EC1D9D" w:rsidRDefault="00EC1D9D"/>
        </w:tc>
        <w:tc>
          <w:tcPr>
            <w:tcW w:w="3957" w:type="dxa"/>
          </w:tcPr>
          <w:p w14:paraId="3144B6CA" w14:textId="77777777" w:rsidR="00EC1D9D" w:rsidRDefault="00EC1D9D"/>
        </w:tc>
      </w:tr>
    </w:tbl>
    <w:p w14:paraId="4BB0B227" w14:textId="77777777" w:rsidR="00EC1D9D" w:rsidRDefault="00910D3E">
      <w:r>
        <w:br/>
      </w:r>
      <w:r w:rsidRPr="00C27BB8">
        <w:rPr>
          <w:b/>
          <w:bCs/>
        </w:rPr>
        <w:t>Submission Instructions</w:t>
      </w:r>
      <w:r>
        <w:t>:</w:t>
      </w:r>
    </w:p>
    <w:p w14:paraId="54AF50EB" w14:textId="23EA2CF3" w:rsidR="00EC1D9D" w:rsidRDefault="00910D3E">
      <w:r>
        <w:t xml:space="preserve">Please complete and return this form via email to </w:t>
      </w:r>
      <w:r w:rsidRPr="00C27BB8">
        <w:rPr>
          <w:b/>
          <w:bCs/>
        </w:rPr>
        <w:t>info@hydrologistsboard.go.ke</w:t>
      </w:r>
      <w:r>
        <w:t xml:space="preserve"> or deliver hard copies to </w:t>
      </w:r>
      <w:proofErr w:type="spellStart"/>
      <w:r w:rsidRPr="00C27BB8">
        <w:rPr>
          <w:b/>
          <w:bCs/>
        </w:rPr>
        <w:t>Maji</w:t>
      </w:r>
      <w:proofErr w:type="spellEnd"/>
      <w:r w:rsidRPr="00C27BB8">
        <w:rPr>
          <w:b/>
          <w:bCs/>
        </w:rPr>
        <w:t xml:space="preserve"> House, </w:t>
      </w:r>
      <w:proofErr w:type="spellStart"/>
      <w:r w:rsidRPr="00C27BB8">
        <w:rPr>
          <w:b/>
          <w:bCs/>
        </w:rPr>
        <w:t>Ngong</w:t>
      </w:r>
      <w:proofErr w:type="spellEnd"/>
      <w:r w:rsidRPr="00C27BB8">
        <w:rPr>
          <w:b/>
          <w:bCs/>
        </w:rPr>
        <w:t xml:space="preserve"> Road, Nairobi, 4th Floor</w:t>
      </w:r>
      <w:r w:rsidR="00C27BB8">
        <w:rPr>
          <w:b/>
          <w:bCs/>
        </w:rPr>
        <w:t xml:space="preserve">, Room </w:t>
      </w:r>
      <w:proofErr w:type="gramStart"/>
      <w:r w:rsidR="00C27BB8">
        <w:rPr>
          <w:b/>
          <w:bCs/>
        </w:rPr>
        <w:t>473</w:t>
      </w:r>
      <w:r>
        <w:t xml:space="preserve"> </w:t>
      </w:r>
      <w:r w:rsidR="00C27BB8">
        <w:t>,</w:t>
      </w:r>
      <w:proofErr w:type="gramEnd"/>
      <w:r w:rsidR="00C27BB8">
        <w:t xml:space="preserve"> </w:t>
      </w:r>
      <w:r>
        <w:t>within the stipulated public participation review window.</w:t>
      </w:r>
    </w:p>
    <w:sectPr w:rsidR="00EC1D9D" w:rsidSect="00FD470A">
      <w:pgSz w:w="15840" w:h="12240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157A6"/>
    <w:rsid w:val="0062453C"/>
    <w:rsid w:val="0076007D"/>
    <w:rsid w:val="00910D3E"/>
    <w:rsid w:val="00AA1D8D"/>
    <w:rsid w:val="00B47730"/>
    <w:rsid w:val="00C27BB8"/>
    <w:rsid w:val="00CB0664"/>
    <w:rsid w:val="00EC1D9D"/>
    <w:rsid w:val="00FC693F"/>
    <w:rsid w:val="00FD4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C6B7B9"/>
  <w14:defaultImageDpi w14:val="300"/>
  <w15:docId w15:val="{BF6C1AB4-FBBE-458F-81C2-A6AB589D7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9B17EE0-E4F0-4898-9A6B-93818F476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2</cp:revision>
  <dcterms:created xsi:type="dcterms:W3CDTF">2026-10-04T19:31:00Z</dcterms:created>
  <dcterms:modified xsi:type="dcterms:W3CDTF">2026-10-04T19:31:00Z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d06bb3d1-966f-4e97-925a-25510e6e56f8</vt:lpwstr>
  </property>
</Properties>
</file>